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22B" w:rsidRDefault="001B322B">
      <w:pPr>
        <w:jc w:val="center"/>
        <w:rPr>
          <w:b/>
          <w:sz w:val="36"/>
          <w:lang w:eastAsia="ja-JP"/>
        </w:rPr>
      </w:pPr>
      <w:bookmarkStart w:id="0" w:name="_GoBack"/>
      <w:bookmarkEnd w:id="0"/>
    </w:p>
    <w:p w:rsidR="00540244" w:rsidRDefault="00155778">
      <w:pPr>
        <w:jc w:val="center"/>
        <w:rPr>
          <w:lang w:eastAsia="ja-JP"/>
        </w:rPr>
      </w:pPr>
      <w:r>
        <w:rPr>
          <w:b/>
          <w:sz w:val="36"/>
          <w:lang w:eastAsia="ja-JP"/>
        </w:rPr>
        <w:t>Gold-QPD</w:t>
      </w:r>
      <w:r>
        <w:rPr>
          <w:b/>
          <w:sz w:val="36"/>
          <w:lang w:eastAsia="ja-JP"/>
        </w:rPr>
        <w:t>鍼灸師紹介依頼書</w:t>
      </w:r>
    </w:p>
    <w:p w:rsidR="001B322B" w:rsidRDefault="001B322B">
      <w:pPr>
        <w:rPr>
          <w:sz w:val="28"/>
          <w:szCs w:val="28"/>
          <w:lang w:eastAsia="ja-JP"/>
        </w:rPr>
      </w:pPr>
    </w:p>
    <w:p w:rsidR="00540244" w:rsidRPr="003F74E5" w:rsidRDefault="00155778">
      <w:pPr>
        <w:rPr>
          <w:sz w:val="28"/>
          <w:szCs w:val="28"/>
          <w:lang w:eastAsia="ja-JP"/>
        </w:rPr>
      </w:pPr>
      <w:r w:rsidRPr="003F74E5">
        <w:rPr>
          <w:sz w:val="28"/>
          <w:szCs w:val="28"/>
          <w:lang w:eastAsia="ja-JP"/>
        </w:rPr>
        <w:t>一般社団法人</w:t>
      </w:r>
      <w:r w:rsidRPr="003F74E5">
        <w:rPr>
          <w:sz w:val="28"/>
          <w:szCs w:val="28"/>
          <w:lang w:eastAsia="ja-JP"/>
        </w:rPr>
        <w:t xml:space="preserve"> </w:t>
      </w:r>
      <w:r w:rsidRPr="003F74E5">
        <w:rPr>
          <w:sz w:val="28"/>
          <w:szCs w:val="28"/>
          <w:lang w:eastAsia="ja-JP"/>
        </w:rPr>
        <w:t>老人病研究会</w:t>
      </w:r>
      <w:r w:rsidRPr="003F74E5">
        <w:rPr>
          <w:sz w:val="28"/>
          <w:szCs w:val="28"/>
          <w:lang w:eastAsia="ja-JP"/>
        </w:rPr>
        <w:t xml:space="preserve"> </w:t>
      </w:r>
      <w:r w:rsidRPr="003F74E5">
        <w:rPr>
          <w:sz w:val="28"/>
          <w:szCs w:val="28"/>
          <w:lang w:eastAsia="ja-JP"/>
        </w:rPr>
        <w:t>御中</w:t>
      </w:r>
    </w:p>
    <w:p w:rsidR="001B322B" w:rsidRDefault="00672979">
      <w:pPr>
        <w:rPr>
          <w:lang w:eastAsia="ja-JP"/>
        </w:rPr>
      </w:pPr>
      <w:r w:rsidRPr="003F74E5">
        <w:rPr>
          <w:lang w:eastAsia="ja-JP"/>
        </w:rPr>
        <w:t>私</w:t>
      </w:r>
      <w:r w:rsidR="003F74E5" w:rsidRPr="003F74E5">
        <w:rPr>
          <w:lang w:eastAsia="ja-JP"/>
        </w:rPr>
        <w:t>（代理人）</w:t>
      </w:r>
      <w:r w:rsidRPr="003F74E5">
        <w:rPr>
          <w:lang w:eastAsia="ja-JP"/>
        </w:rPr>
        <w:t>は、三焦鍼法による施術を希望する</w:t>
      </w:r>
      <w:r w:rsidR="003F74E5">
        <w:rPr>
          <w:lang w:eastAsia="ja-JP"/>
        </w:rPr>
        <w:t>患者さまの</w:t>
      </w:r>
      <w:r w:rsidRPr="003F74E5">
        <w:rPr>
          <w:lang w:eastAsia="ja-JP"/>
        </w:rPr>
        <w:t>ため</w:t>
      </w:r>
      <w:r w:rsidR="001B322B">
        <w:rPr>
          <w:lang w:eastAsia="ja-JP"/>
        </w:rPr>
        <w:t>、地域在住の</w:t>
      </w:r>
    </w:p>
    <w:p w:rsidR="00540244" w:rsidRPr="003F74E5" w:rsidRDefault="00155778">
      <w:pPr>
        <w:rPr>
          <w:lang w:eastAsia="ja-JP"/>
        </w:rPr>
      </w:pPr>
      <w:r w:rsidRPr="003F74E5">
        <w:rPr>
          <w:lang w:eastAsia="ja-JP"/>
        </w:rPr>
        <w:t>Gold-QPD</w:t>
      </w:r>
      <w:r w:rsidRPr="003F74E5">
        <w:rPr>
          <w:lang w:eastAsia="ja-JP"/>
        </w:rPr>
        <w:t>鍼灸師への紹介を依頼いたします。</w:t>
      </w:r>
    </w:p>
    <w:p w:rsidR="00540244" w:rsidRPr="001B322B" w:rsidRDefault="00155778">
      <w:pPr>
        <w:pStyle w:val="1"/>
        <w:rPr>
          <w:color w:val="auto"/>
          <w:lang w:eastAsia="ja-JP"/>
        </w:rPr>
      </w:pPr>
      <w:r w:rsidRPr="001B322B">
        <w:rPr>
          <w:color w:val="auto"/>
          <w:lang w:eastAsia="ja-JP"/>
        </w:rPr>
        <w:t>依頼</w:t>
      </w:r>
      <w:r w:rsidR="003F74E5" w:rsidRPr="001B322B">
        <w:rPr>
          <w:color w:val="auto"/>
          <w:lang w:eastAsia="ja-JP"/>
        </w:rPr>
        <w:t>患者さまの代理人</w:t>
      </w:r>
    </w:p>
    <w:p w:rsidR="003F74E5" w:rsidRDefault="003F74E5" w:rsidP="003F74E5">
      <w:pPr>
        <w:rPr>
          <w:lang w:eastAsia="ja-JP"/>
        </w:rPr>
      </w:pPr>
      <w:r>
        <w:rPr>
          <w:rFonts w:hint="eastAsia"/>
          <w:lang w:eastAsia="ja-JP"/>
        </w:rPr>
        <w:t xml:space="preserve">代理人氏名：　　　　　　　　　　　　　　　　メール：　　　　　　　　</w:t>
      </w:r>
    </w:p>
    <w:p w:rsidR="003F74E5" w:rsidRDefault="003F74E5">
      <w:pPr>
        <w:rPr>
          <w:lang w:eastAsia="ja-JP"/>
        </w:rPr>
      </w:pPr>
      <w:r>
        <w:rPr>
          <w:lang w:eastAsia="ja-JP"/>
        </w:rPr>
        <w:t>患者さま</w:t>
      </w:r>
      <w:r w:rsidR="00155778">
        <w:rPr>
          <w:lang w:eastAsia="ja-JP"/>
        </w:rPr>
        <w:t>氏名：</w:t>
      </w:r>
      <w:r>
        <w:rPr>
          <w:lang w:eastAsia="ja-JP"/>
        </w:rPr>
        <w:t xml:space="preserve">　　　　　　　　　　</w:t>
      </w:r>
      <w:r w:rsidR="00155778">
        <w:rPr>
          <w:lang w:eastAsia="ja-JP"/>
        </w:rPr>
        <w:t>年齢：</w:t>
      </w:r>
      <w:r>
        <w:rPr>
          <w:lang w:eastAsia="ja-JP"/>
        </w:rPr>
        <w:t xml:space="preserve">　　　</w:t>
      </w:r>
      <w:r w:rsidR="00155778">
        <w:rPr>
          <w:lang w:eastAsia="ja-JP"/>
        </w:rPr>
        <w:t>性別：</w:t>
      </w:r>
    </w:p>
    <w:p w:rsidR="003F74E5" w:rsidRDefault="003F74E5">
      <w:pPr>
        <w:rPr>
          <w:lang w:eastAsia="ja-JP"/>
        </w:rPr>
      </w:pPr>
      <w:r>
        <w:rPr>
          <w:lang w:eastAsia="ja-JP"/>
        </w:rPr>
        <w:t>住所：　　　　　　　　　　　　　　　　　　　　電話：</w:t>
      </w:r>
    </w:p>
    <w:p w:rsidR="00540244" w:rsidRPr="001B322B" w:rsidRDefault="00155778">
      <w:pPr>
        <w:pStyle w:val="1"/>
        <w:rPr>
          <w:color w:val="auto"/>
        </w:rPr>
      </w:pPr>
      <w:proofErr w:type="spellStart"/>
      <w:r w:rsidRPr="001B322B">
        <w:rPr>
          <w:color w:val="auto"/>
        </w:rPr>
        <w:t>病状等</w:t>
      </w:r>
      <w:proofErr w:type="spellEnd"/>
    </w:p>
    <w:p w:rsidR="00540244" w:rsidRDefault="00155778">
      <w:pPr>
        <w:rPr>
          <w:lang w:eastAsia="ja-JP"/>
        </w:rPr>
      </w:pPr>
      <w:r>
        <w:rPr>
          <w:lang w:eastAsia="ja-JP"/>
        </w:rPr>
        <w:t>病名：</w:t>
      </w:r>
      <w:r>
        <w:rPr>
          <w:lang w:eastAsia="ja-JP"/>
        </w:rPr>
        <w:br/>
      </w:r>
      <w:r>
        <w:rPr>
          <w:lang w:eastAsia="ja-JP"/>
        </w:rPr>
        <w:t>主症状：</w:t>
      </w:r>
      <w:r>
        <w:rPr>
          <w:lang w:eastAsia="ja-JP"/>
        </w:rPr>
        <w:br/>
      </w:r>
      <w:r>
        <w:rPr>
          <w:lang w:eastAsia="ja-JP"/>
        </w:rPr>
        <w:t>発症時期：</w:t>
      </w:r>
      <w:r>
        <w:rPr>
          <w:lang w:eastAsia="ja-JP"/>
        </w:rPr>
        <w:br/>
      </w:r>
      <w:r>
        <w:rPr>
          <w:lang w:eastAsia="ja-JP"/>
        </w:rPr>
        <w:t>治療状況：</w:t>
      </w:r>
    </w:p>
    <w:p w:rsidR="00540244" w:rsidRPr="001B322B" w:rsidRDefault="00155778">
      <w:pPr>
        <w:pStyle w:val="1"/>
        <w:rPr>
          <w:color w:val="auto"/>
          <w:lang w:eastAsia="ja-JP"/>
        </w:rPr>
      </w:pPr>
      <w:r w:rsidRPr="001B322B">
        <w:rPr>
          <w:color w:val="auto"/>
          <w:lang w:eastAsia="ja-JP"/>
        </w:rPr>
        <w:t>情報提供</w:t>
      </w:r>
      <w:r w:rsidR="001B322B">
        <w:rPr>
          <w:color w:val="auto"/>
          <w:lang w:eastAsia="ja-JP"/>
        </w:rPr>
        <w:t>の</w:t>
      </w:r>
      <w:r w:rsidRPr="001B322B">
        <w:rPr>
          <w:color w:val="auto"/>
          <w:lang w:eastAsia="ja-JP"/>
        </w:rPr>
        <w:t>同意</w:t>
      </w:r>
    </w:p>
    <w:p w:rsidR="00540244" w:rsidRDefault="00155778">
      <w:pPr>
        <w:rPr>
          <w:lang w:eastAsia="ja-JP"/>
        </w:rPr>
      </w:pPr>
      <w:r>
        <w:rPr>
          <w:lang w:eastAsia="ja-JP"/>
        </w:rPr>
        <w:t>私</w:t>
      </w:r>
      <w:r w:rsidR="003F74E5">
        <w:rPr>
          <w:lang w:eastAsia="ja-JP"/>
        </w:rPr>
        <w:t>（代理人）</w:t>
      </w:r>
      <w:r>
        <w:rPr>
          <w:lang w:eastAsia="ja-JP"/>
        </w:rPr>
        <w:t>は</w:t>
      </w:r>
      <w:r w:rsidR="003F74E5">
        <w:rPr>
          <w:lang w:eastAsia="ja-JP"/>
        </w:rPr>
        <w:t>、依頼患者さまの意を受けて、</w:t>
      </w:r>
      <w:r>
        <w:rPr>
          <w:lang w:eastAsia="ja-JP"/>
        </w:rPr>
        <w:t>上記情報を紹介先</w:t>
      </w:r>
      <w:r>
        <w:rPr>
          <w:lang w:eastAsia="ja-JP"/>
        </w:rPr>
        <w:t>Gold-QPD</w:t>
      </w:r>
      <w:r>
        <w:rPr>
          <w:lang w:eastAsia="ja-JP"/>
        </w:rPr>
        <w:t>鍼灸師へ提供することに同意します。</w:t>
      </w:r>
    </w:p>
    <w:p w:rsidR="00540244" w:rsidRDefault="00155778">
      <w:pPr>
        <w:rPr>
          <w:lang w:eastAsia="ja-JP"/>
        </w:rPr>
      </w:pPr>
      <w:proofErr w:type="spellStart"/>
      <w:r>
        <w:t>署名</w:t>
      </w:r>
      <w:proofErr w:type="spellEnd"/>
      <w:r>
        <w:t>：</w:t>
      </w:r>
      <w:r>
        <w:t>_________________</w:t>
      </w:r>
      <w:r w:rsidR="001B322B">
        <w:rPr>
          <w:u w:val="single"/>
        </w:rPr>
        <w:t xml:space="preserve">　　　　　　</w:t>
      </w:r>
      <w:r>
        <w:t xml:space="preserve">_    </w:t>
      </w:r>
      <w:proofErr w:type="spellStart"/>
      <w:r>
        <w:t>日付</w:t>
      </w:r>
      <w:proofErr w:type="spellEnd"/>
      <w:r>
        <w:t>：</w:t>
      </w:r>
      <w:r w:rsidR="001B322B">
        <w:t xml:space="preserve">　</w:t>
      </w:r>
      <w:r w:rsidR="001B322B">
        <w:t>2026</w:t>
      </w:r>
      <w:r w:rsidR="001B322B">
        <w:t>年　　月　　日</w:t>
      </w:r>
    </w:p>
    <w:p w:rsidR="003F74E5" w:rsidRPr="001B322B" w:rsidRDefault="003F74E5">
      <w:pPr>
        <w:rPr>
          <w:lang w:eastAsia="ja-JP"/>
        </w:rPr>
      </w:pPr>
    </w:p>
    <w:p w:rsidR="003F74E5" w:rsidRDefault="003F74E5">
      <w:pPr>
        <w:rPr>
          <w:lang w:eastAsia="ja-JP"/>
        </w:rPr>
      </w:pPr>
      <w:r>
        <w:rPr>
          <w:rFonts w:hint="eastAsia"/>
          <w:lang w:eastAsia="ja-JP"/>
        </w:rPr>
        <w:t>＊一般社団法人老人病研究会事務局は、</w:t>
      </w:r>
      <w:r w:rsidR="001B322B">
        <w:rPr>
          <w:rFonts w:hint="eastAsia"/>
          <w:lang w:eastAsia="ja-JP"/>
        </w:rPr>
        <w:t>上記を</w:t>
      </w:r>
      <w:r>
        <w:rPr>
          <w:rFonts w:hint="eastAsia"/>
          <w:lang w:eastAsia="ja-JP"/>
        </w:rPr>
        <w:t>検討のうえで該当する</w:t>
      </w:r>
      <w:r>
        <w:rPr>
          <w:rFonts w:hint="eastAsia"/>
          <w:lang w:eastAsia="ja-JP"/>
        </w:rPr>
        <w:t>Gold-QPD</w:t>
      </w:r>
      <w:r>
        <w:rPr>
          <w:rFonts w:hint="eastAsia"/>
          <w:lang w:eastAsia="ja-JP"/>
        </w:rPr>
        <w:t>鍼灸師の住所、メールなどを後ほど発送いたします。しばらくお待ちください。</w:t>
      </w:r>
    </w:p>
    <w:sectPr w:rsidR="003F74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2A5" w:rsidRDefault="000112A5" w:rsidP="00AF6F1B">
      <w:pPr>
        <w:spacing w:after="0" w:line="240" w:lineRule="auto"/>
      </w:pPr>
      <w:r>
        <w:separator/>
      </w:r>
    </w:p>
  </w:endnote>
  <w:endnote w:type="continuationSeparator" w:id="0">
    <w:p w:rsidR="000112A5" w:rsidRDefault="000112A5" w:rsidP="00AF6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2A5" w:rsidRDefault="000112A5" w:rsidP="00AF6F1B">
      <w:pPr>
        <w:spacing w:after="0" w:line="240" w:lineRule="auto"/>
      </w:pPr>
      <w:r>
        <w:separator/>
      </w:r>
    </w:p>
  </w:footnote>
  <w:footnote w:type="continuationSeparator" w:id="0">
    <w:p w:rsidR="000112A5" w:rsidRDefault="000112A5" w:rsidP="00AF6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12A5"/>
    <w:rsid w:val="00034616"/>
    <w:rsid w:val="0006063C"/>
    <w:rsid w:val="0015074B"/>
    <w:rsid w:val="00155778"/>
    <w:rsid w:val="001B322B"/>
    <w:rsid w:val="0029639D"/>
    <w:rsid w:val="00326F90"/>
    <w:rsid w:val="003F74E5"/>
    <w:rsid w:val="00540244"/>
    <w:rsid w:val="00672979"/>
    <w:rsid w:val="0068348B"/>
    <w:rsid w:val="00AA1D8D"/>
    <w:rsid w:val="00AF6F1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AC254A-104D-4317-BEE2-50CA06D3D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M365 Copilot</dc:creator>
  <dc:description>generated by python-docx</dc:description>
  <cp:lastModifiedBy>川並</cp:lastModifiedBy>
  <cp:revision>2</cp:revision>
  <dcterms:created xsi:type="dcterms:W3CDTF">2026-09-15T15:44:00Z</dcterms:created>
  <dcterms:modified xsi:type="dcterms:W3CDTF">2026-09-15T15:44:00Z</dcterms:modified>
</cp:coreProperties>
</file>